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第13周 实操工单：视觉巡线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JetAuto麦轮底盘控制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视觉模块已安装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USB连接正常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巡线地图平铺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小车开关已关闭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二、视觉巡线调试记录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调试次数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巡线效果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第1次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第2次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第3次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三、两种巡线方式对比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对比项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传统巡线(红外)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视觉巡线(摄像头)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巡线稳定性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复杂线路适应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受光照影响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响应速度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可实现功能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