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第14周 实操工单：JetAuto模块认识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JetAuto麦轮底盘控制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一、JetAuto模块识别表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模块名称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功能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所属系统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Jetson Nano主板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深度相机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激光雷达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磁编码电机x4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7寸液晶屏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6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麦克纳姆轮x4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7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无线手柄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8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路由器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二、开关机流程确认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操作步骤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连接电池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按下电源开关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等待系统启动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液晶屏显示桌面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手机连接热点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APP连接成功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系统菜单关机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断开电源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三、遥控操作记录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效果描述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后退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左转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横移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