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第4周 实操工单：APP连接与遥控体验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智能网联汽车概论 · AiNova声光与变速控制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一、设备检查清单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结果(√/×)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数据记录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各模块接线牢固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线缆无松动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电池正负极正确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电池电压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____V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电池盒开关已拨ON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二、充电记录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项目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数据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项目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数据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充电开始时间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充电前电压(V)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充电结束时间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充电后电压(V)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充电时长(分)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指示灯是否变绿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三、APP连接记录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步骤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是否完成(√)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耗时(秒)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步骤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是否完成(√)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耗时(秒)</w:t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开启GPS和蓝牙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选择AiNova设备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打开APP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连接成功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四、遥控体验数据记录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玩法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是否成功(√)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前进/转弯距离(cm)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耗时(s)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现象记录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机体遥控-前进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机体遥控-后退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机体遥控-左转90°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机体遥控-右转90°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简易巡线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画线运行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智能视觉-颜色识别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遵守安全要求，规范取放设备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设备认识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准确指出部件名称与功能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记录完整、数据准确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团队协作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分工明确、互相配合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