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第7周 实操工单：智能巡线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AiNova标签与路标识别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USB连接正常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小车开关已关闭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巡线地图平铺无褶皱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传感器无遮挡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二、探头检测记录表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探头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检测黑线(√)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检测白色(√)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探头1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探头2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探头3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探头4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三、巡线调试记录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调试次数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第1次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第2次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第3次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四、条件判断验证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检测情况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电机1转速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电机2转速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运动方向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验证(√)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探头2和3检测到黑线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仅探头2检测到黑线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6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左转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仅探头3检测到黑线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40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6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