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第9周 实操工单：迷宫穿越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智能网联汽车概论 · AiNova标签与路标识别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一、设备检查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493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确认(√)</w:t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USB连接正常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小车开关已关闭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迷宫场地平整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障碍物使用软质材料</w:t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493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二、迷宫穿越记录表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测试次数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障碍物距离阈值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转弯时间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是否成功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问题描述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第1次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0-20cm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0.47秒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第2次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0-20cm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0.47秒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第3次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0-20cm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0.47秒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三、参数优化记录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原参数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修改参数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效果对比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0-20cm / 0.47s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0-50cm / 0.5s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0-50cm / 0.5s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四、避障逻辑验证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距离范围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执行动作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验证(√)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0~20cm（有障碍）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右转0.47秒后停止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无障碍物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两电机正转前进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遵守安全要求，规范取放设备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设备认识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准确指出部件名称与功能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记录完整、数据准确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团队协作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分工明确、互相配合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