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第11周任务工单：七段数码管显示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第11周 · 七段数码管显示（项目三、四）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能正确判别共阴/共阳并说明依据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各段限流电阻齐全，段序接对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0~9循环显示正常，乱码已排查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段码表记录与程序SEG数组一致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完成2/5/50ms三档延时对比观察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二、段码记录（续）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数字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4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5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6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7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8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9</w:t>
            </w:r>
          </w:p>
        </w:tc>
      </w:tr>
      <w:tr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点亮段</w:t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完成段码表0~9全部记录；预习1602 LCD引脚定义（VSS/VDD/VO/RS/E/D4-D7），思考它比数码管强在哪里。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断电接线、限流齐全，无过热现象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段序、公共端、限流电阻全部正确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SEG数组使用规范，能独立改延时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0~9显示正确，扫描异常能解释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段码表与延时观察表填写完整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