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第15周任务工单：超声波测距标定与避障报警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第15周 · HC-SR04超声波测距与避障阈值（项目七）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能画出"触发→回波→测时→换算"测距流程框图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四线接线正确（Trig→D9、Echo→D10），串口能输出距离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完成10/20/50cm三档×5次测距记录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threshold=20cm时越线响、退开停，动作可靠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读数异常时能按排错顺序定位问题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二、数据记录：三档测距各测5次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目标距离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第1次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第2次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第3次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第4次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第5次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平均误差</w:t>
            </w:r>
          </w:p>
        </w:tc>
      </w:tr>
      <w:tr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10cm</w:t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20cm</w:t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50cm</w:t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完成测距数据记录：整理三档×5次读数与平均误差，写出"哪些材质/角度会让读数不可靠"的一条结论。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断电接线、四线核对后上电，无器件损坏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Trig/Echo/蜂鸣器三路连接正确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触发时序、pulseIn、换算公式正确，threshold独立可调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三档读数合理，20cm阈值报警动作可靠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15次测距数据完整，误差与结论有依据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