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第19周任务工单：人体感应、红外遥控与继电器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第19周 · 人体感应、红外遥控与继电器（项目八）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三模块接线正确（PIR→D7、继电器→D8、红外→D2）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已实测继电器触发电平并在程序中正确使用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记录遥控器"开/关"两个按键的键值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完成无人/有人/遥控开/遥控关4工况测试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继电器输出端只接了低压LED负载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二、数据记录：4工况测试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工况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第1次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第2次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第3次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LED状态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继电器指示灯</w:t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无人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有人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遥控开启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遥控关闭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三、红外键值记录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按键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键值(HEX)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功能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开启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关闭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提交联动控制测试记录：整理继电器触发电平实测结果、红外键值表与4工况测试数据。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五、我的收获与疑问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仅接低压负载、断电接线、PIR初始化等待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三模块接线正确，继电器端子接法规范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digitalRead判断、触发电平、红外键值判断正确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4工况动作正确，自动/手动模式不冲突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触发电平、键值、工况数据完整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