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第11周 实操工单：颜色识别与LAB阈值调节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视觉识别项目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零、实训环境与安全检查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是否正常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小车电量充足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相机USB连接稳固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实训场地光线适中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设备散热正常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一、LAB阈值参数记录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c>
          <w:tcPr>
            <w:tcW w:type="dxa" w:w="12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颜色</w:t>
            </w:r>
          </w:p>
        </w:tc>
        <w:tc>
          <w:tcPr>
            <w:tcW w:type="dxa" w:w="12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L下限</w:t>
            </w:r>
          </w:p>
        </w:tc>
        <w:tc>
          <w:tcPr>
            <w:tcW w:type="dxa" w:w="12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L上限</w:t>
            </w:r>
          </w:p>
        </w:tc>
        <w:tc>
          <w:tcPr>
            <w:tcW w:type="dxa" w:w="12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A下限</w:t>
            </w:r>
          </w:p>
        </w:tc>
        <w:tc>
          <w:tcPr>
            <w:tcW w:type="dxa" w:w="12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A上限</w:t>
            </w:r>
          </w:p>
        </w:tc>
        <w:tc>
          <w:tcPr>
            <w:tcW w:type="dxa" w:w="12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B下限</w:t>
            </w:r>
          </w:p>
        </w:tc>
        <w:tc>
          <w:tcPr>
            <w:tcW w:type="dxa" w:w="12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B上限</w:t>
            </w:r>
          </w:p>
        </w:tc>
        <w:tc>
          <w:tcPr>
            <w:tcW w:type="dxa" w:w="12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识别成功</w:t>
            </w:r>
          </w:p>
        </w:tc>
      </w:tr>
      <w:tr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红色</w:t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蓝色</w:t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绿色</w:t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二、图像处理流程确认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处理步骤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说明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是否掌握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RGB转LAB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颜色空间转换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高斯滤波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去除噪声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二值化(inRange)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阈值分割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腐蚀(erode)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去除小噪点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膨胀(dilate)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填充空洞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轮廓查找(findContours)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提取目标轮廓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三、颜色检测脚本运行检查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命令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是否完成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停止默认节点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sudo systemctl stop start_app_node.service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启动相机节点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roslaunch jetauto_peripherals astrapro.launch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打开LABTOOL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拖动L/A/B滑块设置阈值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运行检测脚本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python3 color_detect.py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四、识别效果观察记录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测试颜色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放置距离(cm)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识别是否成功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轮廓标注是否正确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光照影响分析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红色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红色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蓝色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绿色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末、问题与解决记录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原因分析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解决方法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遵守相机和设备操作规范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阈值调节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准确设置LAB颜色阈值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脚本运行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成功运行color_detect.py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效果观察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记录不同颜色识别结果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数据记录完整准确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