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第12周 实操工单：二维码与AprilTag标签识别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视觉识别项目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小车电量充足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摄像头连接正常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标签纸平整无反光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实训场地整洁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一、二维码检测记录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二维码内容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是否检测成功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解码耗时(s)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框选是否正确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二、AprilTag识别记录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测试序号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标签ID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识别距离(cm)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识别角度(°)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rviz是否显示</w:t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三、tags.yaml配置检查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配置项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参数说明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设置值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是否正确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standalone_tags ID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标签ID编号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standalone_tags 尺寸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标签物理尺寸(m)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layout 参数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标签布局配置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四、命令操作检查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命令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进入脚本目录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cd jetauto_ws/src/jetauto_example/scripts/qrcode/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生成二维码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python3 qrcode_creater.py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检测二维码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python3 qrcode_detecter.py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启动AprilTag检测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jetauto_example apriltag_detect_demo.launch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遵守设备操作规范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二维码操作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生成与检测二维码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AprilTag识别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启动节点并查看识别结果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配置修改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tags.yaml参数修改正确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数据记录完整准确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