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第15周 实操工单：雷达报警与避障测试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ROS平台智能车的控制与应用 · 激光雷达与避障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零、实训环境与安全检查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是否正常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小车周围预留1m以上空间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地面障碍物已清除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人员保持安全距离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雷达发射口禁止直视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一、避障测试记录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测试场景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障碍物数量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避障方向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避障距离(cm)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是否成功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响应时间(s)</w:t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单障碍-正前方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单障碍-左侧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单障碍-右侧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双障碍物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多障碍物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3+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二、运行模式记录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模式名称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命令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效果描述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是否测试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进入雷达应用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rosservice call /lidar_app/enter "{}"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报警模式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rosservice call /lidar_app/set_running "data: 3"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避障模式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rosservice call /lidar_app/set_running "data: 1"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停止模式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rosservice call /lidar_app/set_running "data: 0"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三、服务启动检查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服务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命令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是否启动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lidar_app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roslaunch jetauto_app lidar_app.launch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jetauto_controller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roslaunch jetauto_controller jetauto_controller.launch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末、问题与解决记录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问题描述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原因分析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解决方法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运动时保持安全距离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报警功能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正确启动雷达报警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避障功能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正确启动雷达避障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源码理解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理解lidar.py逻辑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数据记录完整准确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