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第16周 实操工单：语音控制体验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ROS平台智能车的控制与应用 · 语音控制体验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AiNova编号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JetAuto编号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零、实训环境与安全检查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检查项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是否正常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麦克风阵列线缆连接牢固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小车放置开阔场地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周围无障碍物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音量适中避免损伤麦克风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一、语音指令识别记录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指令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测试次数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成功次数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识别率(%)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响应时间(s)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备注</w:t>
            </w:r>
          </w:p>
        </w:tc>
      </w:tr>
      <w:tr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前进</w:t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后退</w:t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左转</w:t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右转</w:t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漂移</w:t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过来</w:t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二、环境测试记录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测试距离(m)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环境噪音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唤醒成功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识别效果(1-5)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备注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0.5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安静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1.0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安静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1.5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安静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2.0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安静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1.0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有噪音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三、模块配置检查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检查项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内容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是否正常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麦克风阵列连接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USB接口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讯飞APPID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已配置到xf_mic_asr_offline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唤醒词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小幻小幻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语音反馈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voice_play模块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末、问题与解决记录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问题描述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原因分析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解决方法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评价项目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师评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安全规范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音量适中保持安全距离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模块认识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了解麦克风阵列原理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语音控制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成功唤醒并控制小车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识别率测试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记录并分析识别率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工单完成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数据记录完整准确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