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第18周 实操工单：自主导航体验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建图与导航体验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已加载保存的地图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雷达工作正常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禁止人员进入行驶路线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小车电量充足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一、导航参数记录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测试序号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初始位姿坐标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目标点坐标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规划路径长度(m)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导航耗时(s)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是否到达目标</w:t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644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二、导航操作记录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操作项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设置值/操作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启动导航节点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jetauto_navigation navigation.launch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手机连接热点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HW (密码hiwonder)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Master URI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http://192.168.149.1:11311/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Set Pose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长按地图设置初始位姿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Set Goal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长按地图设置导航目标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三、导航体验评价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评分(1-5)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备注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路径规划合理性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避障效果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导航精度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响应速度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四、AMCL定位观察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观察项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观察结果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粒子分布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位姿收敛速度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定位精度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禁止人员进入行驶路线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导航原理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理解五大组成部分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AMCL理解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说明粒子滤波定位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APP操作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成功设置位姿和目标点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