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第19周 实操工单：综合任务测试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综合任务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零、实训环境与安全检查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是否正常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各模块设备连接正常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小车周围预留运动空间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AprilTag标签准备就绪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语音测试环境安静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一、综合任务参数记录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测试序号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标签ID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导航目标坐标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避障距离阈值(cm)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语音识别率(%)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是否完成任务</w:t>
            </w:r>
          </w:p>
        </w:tc>
        <w:tc>
          <w:tcPr>
            <w:tcW w:type="dxa" w:w="140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耗时(s)</w:t>
            </w:r>
          </w:p>
        </w:tc>
      </w:tr>
      <w:tr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40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二、分工确认表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角色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职责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是否到位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操作员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启动程序和APP操作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观察员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观察运动轨迹和状态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记录员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记录参数数据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安全员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监控安全和秩序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三、模块启动检查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模块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启动命令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是否启动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视觉识别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roslaunch jetauto_example apriltag_detect_demo.launch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导航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roslaunch jetauto_navigation navigation.launch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避障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rosservice call /lidar_app/set_running "data: 1"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语音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roslaunch xf_mic_asr_offline voice_control_move.launch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四、任务流程记录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步骤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执行情况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是否完成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1.语音唤醒启动任务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2.AprilTag识别标签ID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3.根据ID导航到目标点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4.到达后启动避障返航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5.返航回到起始位置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末、问题与解决记录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原因分析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解决方法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遵守实训安全要求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任务理解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理解综合任务流程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模块协同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正确启动各模块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参数记录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记录关键参数数据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分工明确配合默契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