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第4周 实操工单：配件安装与开关机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ROS平台智能车的控制与应用 · JetAuto与ROS入门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JetAuto编号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一、配件安装与接线检查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检查项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接口/位置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检查结果(√)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深度相机连接线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Jetson主板②号接口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天线安装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顺时针拧紧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液晶屏HDMI线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Jetson主板⑤号接口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液晶屏电源线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CTOUCH接口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电池正负极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方向正确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二、开关机流程记录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步骤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操作内容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预期现象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实际现象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连接电池，拨开关到ON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电源指示灯亮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按下电源开关开机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系统启动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等待液晶屏显示桌面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进入Ubuntu桌面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系统菜单选择关机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系统关闭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断开电源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完全断电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三、无线手柄配对记录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步骤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操作内容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配对状态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接收器插入USB接口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-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装入7号电池（2节）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-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打开手柄开关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红绿LED闪烁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等待自动配对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绿灯常亮（成功）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手柄遥控测试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小车可移动</w:t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四、实训环境与设备检查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检查项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状态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备注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实训台编号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工位编号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照明是否正常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通风是否正常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教学电脑是否就绪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场地是否清理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安全规范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遵守充电安全与设备操作规范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配件安装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正确完成配件安装与接线检查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开关机操作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规范完成充电、上电和开关机流程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手柄配对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成功完成无线手柄配对和遥控操作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工单完成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整机认识记录表填写完整准确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