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第6周 实操工单：ROS基础入门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JetAuto与ROS入门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一、ROS基础术语对照表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术语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英文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含义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举例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节点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Node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可执行进程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键盘控制节点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话题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Topic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通信频道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/cmd_vel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消息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Message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数据格式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Twist(线速度+角速度)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发布者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Publisher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发布消息的节点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键盘控制节点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订阅者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Subscriber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接收消息的节点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电机驱动节点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 Master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Master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节点管理器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负责注册发现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二、ROS命令执行记录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输出摘要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rostopic list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列出所有话题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rostopic echo /jetauto_controller/cmd_vel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观察速度消息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rosnode list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列出所有节点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rosmsg show geometry_msgs/Twist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查看消息结构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rostopic info /jetauto_controller/cmd_vel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查看话题详情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rosnode info /jetauto_controller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查看节点详情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三、rqt_graph节点关系记录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节点名称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发布的话题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订阅的话题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jetauto_controller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/jetauto_controller/cmd_vel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teleop_key_control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/jetauto_controller/cmd_vel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四、ROS术语理解与思考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你的理解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节点、话题、消息三者的关系是什么？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rostopic list和rosnode list的区别？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rqt_graph工具的作用是什么？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遵守远程桌面和命令操作规范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概念理解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能说出节点、话题、消息的概念及关系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命令操作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能正确使用rostopic、rosnode等命令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工具使用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能使用rqt_graph观察节点关系图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ROS术语对照表和命令记录填写完整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