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第9周 实操工单：速度控制与轨迹行驶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ROS平台智能车的控制与应用 · 底盘运动控制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一、速度参数测试记录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测试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linear.x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angular.z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运动效果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0.3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前进慢速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0.5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前进中速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0.6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前进快速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-0.3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后退慢速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0.5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逆时针慢旋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6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1.0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逆时针快旋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7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1.5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逆时针最快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8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-1.0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顺时针旋转</w:t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二、矩形轨迹行驶记录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段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参数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耗时(秒)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备注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直行1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linear.x=0.3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转弯1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angular.z=1.5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直行2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linear.x=0.3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转弯2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angular.z=1.5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直行3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linear.x=0.3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转弯3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angular.z=1.5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直行4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linear.x=0.3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是否成功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-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-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三、圆形轨迹行驶记录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参数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linear.x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angular.z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轨迹半径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效果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设置1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0.3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0.5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设置2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0.3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1.0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四、参数分析与思考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问题</w:t>
            </w:r>
          </w:p>
        </w:tc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你的分析</w:t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线速度增大对运动有什么影响？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角速度增大对轨迹半径有什么影响？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如何实现正方形轨迹？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遵守速度参数范围和控制安全规范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速度控制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能使用rostopic pub发布速度参数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轨迹行驶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完成矩形和圆形轨迹行驶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参数调试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能调整参数对比不同运动效果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运动参数调试单填写完整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